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6E8" w:rsidRPr="00D526E8" w:rsidRDefault="00D526E8" w:rsidP="00D526E8">
      <w:pPr>
        <w:pStyle w:val="Titre1"/>
        <w:rPr>
          <w:sz w:val="24"/>
          <w:szCs w:val="24"/>
          <w:lang w:val="fr-FR"/>
        </w:rPr>
      </w:pPr>
      <w:r w:rsidRPr="00D526E8">
        <w:rPr>
          <w:sz w:val="24"/>
          <w:szCs w:val="24"/>
          <w:lang w:val="fr-FR"/>
        </w:rPr>
        <w:t>EXERCICE 4</w:t>
      </w:r>
      <w:r w:rsidR="00BB410A">
        <w:rPr>
          <w:sz w:val="24"/>
          <w:szCs w:val="24"/>
          <w:lang w:val="fr-FR"/>
        </w:rPr>
        <w:t xml:space="preserve">  </w:t>
      </w:r>
      <w:r w:rsidR="00BB410A" w:rsidRPr="00D526E8">
        <w:rPr>
          <w:sz w:val="24"/>
          <w:szCs w:val="24"/>
          <w:lang w:val="fr-FR"/>
        </w:rPr>
        <w:t>Évaluation Comportementale D.E.E.P</w:t>
      </w:r>
    </w:p>
    <w:p w:rsidR="00840AF5" w:rsidRPr="00D526E8" w:rsidRDefault="00BB410A">
      <w:pPr>
        <w:pStyle w:val="Titre1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Identifiez votre pilier le plu</w:t>
      </w:r>
      <w:r w:rsidRPr="00D526E8">
        <w:rPr>
          <w:sz w:val="24"/>
          <w:szCs w:val="24"/>
          <w:lang w:val="fr-FR"/>
        </w:rPr>
        <w:t>s</w:t>
      </w:r>
      <w:r>
        <w:rPr>
          <w:sz w:val="24"/>
          <w:szCs w:val="24"/>
          <w:lang w:val="fr-FR"/>
        </w:rPr>
        <w:t xml:space="preserve"> fort et votre deuxième pilier le plu</w:t>
      </w:r>
      <w:r w:rsidRPr="00D526E8">
        <w:rPr>
          <w:sz w:val="24"/>
          <w:szCs w:val="24"/>
          <w:lang w:val="fr-FR"/>
        </w:rPr>
        <w:t>s</w:t>
      </w:r>
      <w:r>
        <w:rPr>
          <w:sz w:val="24"/>
          <w:szCs w:val="24"/>
          <w:lang w:val="fr-FR"/>
        </w:rPr>
        <w:t xml:space="preserve"> fort</w:t>
      </w:r>
      <w:r w:rsidR="00D526E8" w:rsidRPr="00D526E8">
        <w:rPr>
          <w:sz w:val="24"/>
          <w:szCs w:val="24"/>
          <w:lang w:val="fr-FR"/>
        </w:rPr>
        <w:t xml:space="preserve">                                                                                                                                    </w:t>
      </w:r>
      <w:r w:rsidR="00D526E8">
        <w:rPr>
          <w:sz w:val="24"/>
          <w:szCs w:val="24"/>
          <w:lang w:val="fr-FR"/>
        </w:rPr>
        <w:t xml:space="preserve">                  </w:t>
      </w:r>
      <w:r>
        <w:rPr>
          <w:sz w:val="24"/>
          <w:szCs w:val="24"/>
          <w:lang w:val="fr-FR"/>
        </w:rPr>
        <w:t xml:space="preserve">  </w:t>
      </w:r>
    </w:p>
    <w:p w:rsidR="00840AF5" w:rsidRPr="00D526E8" w:rsidRDefault="00BB410A">
      <w:pPr>
        <w:pStyle w:val="Titre2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                                                                                                                                                           </w:t>
      </w:r>
      <w:r w:rsidR="00951C53" w:rsidRPr="00D526E8">
        <w:rPr>
          <w:sz w:val="24"/>
          <w:szCs w:val="24"/>
          <w:lang w:val="fr-FR"/>
        </w:rPr>
        <w:t>Questions de l'évaluation</w:t>
      </w:r>
    </w:p>
    <w:p w:rsidR="00840AF5" w:rsidRPr="00D526E8" w:rsidRDefault="00951C53">
      <w:pPr>
        <w:pStyle w:val="Titre3"/>
        <w:rPr>
          <w:sz w:val="24"/>
          <w:szCs w:val="24"/>
          <w:lang w:val="fr-FR"/>
        </w:rPr>
      </w:pPr>
      <w:r w:rsidRPr="00D526E8">
        <w:rPr>
          <w:sz w:val="24"/>
          <w:szCs w:val="24"/>
          <w:lang w:val="fr-FR"/>
        </w:rPr>
        <w:t>Question 1</w:t>
      </w:r>
    </w:p>
    <w:p w:rsidR="00840AF5" w:rsidRPr="00D526E8" w:rsidRDefault="00951C53">
      <w:pPr>
        <w:rPr>
          <w:sz w:val="24"/>
          <w:szCs w:val="24"/>
          <w:lang w:val="fr-FR"/>
        </w:rPr>
      </w:pPr>
      <w:r w:rsidRPr="00D526E8">
        <w:rPr>
          <w:sz w:val="24"/>
          <w:szCs w:val="24"/>
          <w:lang w:val="fr-FR"/>
        </w:rPr>
        <w:t>Lorsque vos plans changent de manière inattendue, quelle est votre première réaction ?</w:t>
      </w:r>
    </w:p>
    <w:p w:rsidR="00840AF5" w:rsidRPr="00D526E8" w:rsidRDefault="00951C53" w:rsidP="00D526E8">
      <w:pPr>
        <w:pStyle w:val="Listepuces"/>
        <w:numPr>
          <w:ilvl w:val="0"/>
          <w:numId w:val="0"/>
        </w:numPr>
        <w:rPr>
          <w:sz w:val="24"/>
          <w:szCs w:val="24"/>
          <w:lang w:val="fr-FR"/>
        </w:rPr>
      </w:pPr>
      <w:r w:rsidRPr="00D526E8">
        <w:rPr>
          <w:sz w:val="24"/>
          <w:szCs w:val="24"/>
          <w:lang w:val="fr-FR"/>
        </w:rPr>
        <w:t>A. J'accepte le changement et</w:t>
      </w:r>
      <w:r w:rsidR="00D526E8" w:rsidRPr="00D526E8">
        <w:rPr>
          <w:sz w:val="24"/>
          <w:szCs w:val="24"/>
          <w:lang w:val="fr-FR"/>
        </w:rPr>
        <w:t xml:space="preserve"> je vais de l'avant. </w:t>
      </w:r>
    </w:p>
    <w:p w:rsidR="00840AF5" w:rsidRPr="00D526E8" w:rsidRDefault="00951C53" w:rsidP="00D526E8">
      <w:pPr>
        <w:pStyle w:val="Listepuces"/>
        <w:numPr>
          <w:ilvl w:val="0"/>
          <w:numId w:val="0"/>
        </w:numPr>
        <w:rPr>
          <w:sz w:val="24"/>
          <w:szCs w:val="24"/>
          <w:lang w:val="fr-FR"/>
        </w:rPr>
      </w:pPr>
      <w:r w:rsidRPr="00D526E8">
        <w:rPr>
          <w:sz w:val="24"/>
          <w:szCs w:val="24"/>
          <w:lang w:val="fr-FR"/>
        </w:rPr>
        <w:t>B. Je réfléchis à l'impact du ch</w:t>
      </w:r>
      <w:r w:rsidRPr="00D526E8">
        <w:rPr>
          <w:sz w:val="24"/>
          <w:szCs w:val="24"/>
          <w:lang w:val="fr-FR"/>
        </w:rPr>
        <w:t>angement sur mes émotions ou ceux des autres.</w:t>
      </w:r>
    </w:p>
    <w:p w:rsidR="00840AF5" w:rsidRPr="00D526E8" w:rsidRDefault="00951C53" w:rsidP="00D526E8">
      <w:pPr>
        <w:pStyle w:val="Listepuces"/>
        <w:numPr>
          <w:ilvl w:val="0"/>
          <w:numId w:val="0"/>
        </w:numPr>
        <w:rPr>
          <w:sz w:val="24"/>
          <w:szCs w:val="24"/>
          <w:lang w:val="fr-FR"/>
        </w:rPr>
      </w:pPr>
      <w:r w:rsidRPr="00D526E8">
        <w:rPr>
          <w:sz w:val="24"/>
          <w:szCs w:val="24"/>
          <w:lang w:val="fr-FR"/>
        </w:rPr>
        <w:t>C. J'analyse la situation et élabore un plan stratégique.</w:t>
      </w:r>
    </w:p>
    <w:p w:rsidR="00840AF5" w:rsidRPr="00D526E8" w:rsidRDefault="00951C53" w:rsidP="00D526E8">
      <w:pPr>
        <w:pStyle w:val="Listepuces"/>
        <w:numPr>
          <w:ilvl w:val="0"/>
          <w:numId w:val="0"/>
        </w:numPr>
        <w:rPr>
          <w:sz w:val="24"/>
          <w:szCs w:val="24"/>
          <w:lang w:val="fr-FR"/>
        </w:rPr>
      </w:pPr>
      <w:r w:rsidRPr="00D526E8">
        <w:rPr>
          <w:sz w:val="24"/>
          <w:szCs w:val="24"/>
          <w:lang w:val="fr-FR"/>
        </w:rPr>
        <w:t>D. Je me demande si le nouveau plan correspond à mon but.</w:t>
      </w:r>
    </w:p>
    <w:p w:rsidR="00840AF5" w:rsidRPr="00D526E8" w:rsidRDefault="00951C53">
      <w:pPr>
        <w:pStyle w:val="Titre3"/>
        <w:rPr>
          <w:sz w:val="24"/>
          <w:szCs w:val="24"/>
          <w:lang w:val="fr-FR"/>
        </w:rPr>
      </w:pPr>
      <w:r w:rsidRPr="00D526E8">
        <w:rPr>
          <w:sz w:val="24"/>
          <w:szCs w:val="24"/>
          <w:lang w:val="fr-FR"/>
        </w:rPr>
        <w:t>Question 2</w:t>
      </w:r>
    </w:p>
    <w:p w:rsidR="00840AF5" w:rsidRPr="00D526E8" w:rsidRDefault="00951C53">
      <w:pPr>
        <w:rPr>
          <w:sz w:val="24"/>
          <w:szCs w:val="24"/>
          <w:lang w:val="fr-FR"/>
        </w:rPr>
      </w:pPr>
      <w:r w:rsidRPr="00D526E8">
        <w:rPr>
          <w:sz w:val="24"/>
          <w:szCs w:val="24"/>
          <w:lang w:val="fr-FR"/>
        </w:rPr>
        <w:t>Dans un groupe, quel rôle adoptez-vous naturellement ?</w:t>
      </w:r>
    </w:p>
    <w:p w:rsidR="00840AF5" w:rsidRPr="00D526E8" w:rsidRDefault="00951C53" w:rsidP="00D526E8">
      <w:pPr>
        <w:pStyle w:val="Listepuces"/>
        <w:numPr>
          <w:ilvl w:val="0"/>
          <w:numId w:val="0"/>
        </w:numPr>
        <w:rPr>
          <w:sz w:val="24"/>
          <w:szCs w:val="24"/>
          <w:lang w:val="fr-FR"/>
        </w:rPr>
      </w:pPr>
      <w:r w:rsidRPr="00D526E8">
        <w:rPr>
          <w:sz w:val="24"/>
          <w:szCs w:val="24"/>
          <w:lang w:val="fr-FR"/>
        </w:rPr>
        <w:t>A. J'aide le groupe à rester</w:t>
      </w:r>
      <w:r w:rsidRPr="00D526E8">
        <w:rPr>
          <w:sz w:val="24"/>
          <w:szCs w:val="24"/>
          <w:lang w:val="fr-FR"/>
        </w:rPr>
        <w:t xml:space="preserve"> flexible et à s'adapter.</w:t>
      </w:r>
    </w:p>
    <w:p w:rsidR="00840AF5" w:rsidRPr="00D526E8" w:rsidRDefault="00951C53" w:rsidP="00D526E8">
      <w:pPr>
        <w:pStyle w:val="Listepuces"/>
        <w:numPr>
          <w:ilvl w:val="0"/>
          <w:numId w:val="0"/>
        </w:numPr>
        <w:rPr>
          <w:sz w:val="24"/>
          <w:szCs w:val="24"/>
          <w:lang w:val="fr-FR"/>
        </w:rPr>
      </w:pPr>
      <w:r w:rsidRPr="00D526E8">
        <w:rPr>
          <w:sz w:val="24"/>
          <w:szCs w:val="24"/>
          <w:lang w:val="fr-FR"/>
        </w:rPr>
        <w:t>B. Je rassemble les gens et les aide à se sentir soutenus.</w:t>
      </w:r>
    </w:p>
    <w:p w:rsidR="00840AF5" w:rsidRPr="00D526E8" w:rsidRDefault="00951C53" w:rsidP="00D526E8">
      <w:pPr>
        <w:pStyle w:val="Listepuces"/>
        <w:numPr>
          <w:ilvl w:val="0"/>
          <w:numId w:val="0"/>
        </w:numPr>
        <w:rPr>
          <w:sz w:val="24"/>
          <w:szCs w:val="24"/>
          <w:lang w:val="fr-FR"/>
        </w:rPr>
      </w:pPr>
      <w:r w:rsidRPr="00D526E8">
        <w:rPr>
          <w:sz w:val="24"/>
          <w:szCs w:val="24"/>
          <w:lang w:val="fr-FR"/>
        </w:rPr>
        <w:t>C. J'apporte de la structure et guide les décisions.</w:t>
      </w:r>
    </w:p>
    <w:p w:rsidR="00840AF5" w:rsidRPr="00D526E8" w:rsidRDefault="00951C53" w:rsidP="00D526E8">
      <w:pPr>
        <w:pStyle w:val="Listepuces"/>
        <w:numPr>
          <w:ilvl w:val="0"/>
          <w:numId w:val="0"/>
        </w:numPr>
        <w:rPr>
          <w:sz w:val="24"/>
          <w:szCs w:val="24"/>
          <w:lang w:val="fr-FR"/>
        </w:rPr>
      </w:pPr>
      <w:r w:rsidRPr="00D526E8">
        <w:rPr>
          <w:sz w:val="24"/>
          <w:szCs w:val="24"/>
          <w:lang w:val="fr-FR"/>
        </w:rPr>
        <w:t>D. J'inspire les autres avec nos valeurs ou notre objectif commun.</w:t>
      </w:r>
    </w:p>
    <w:p w:rsidR="00840AF5" w:rsidRPr="00D526E8" w:rsidRDefault="00951C53">
      <w:pPr>
        <w:pStyle w:val="Titre3"/>
        <w:rPr>
          <w:sz w:val="24"/>
          <w:szCs w:val="24"/>
          <w:lang w:val="fr-FR"/>
        </w:rPr>
      </w:pPr>
      <w:r w:rsidRPr="00D526E8">
        <w:rPr>
          <w:sz w:val="24"/>
          <w:szCs w:val="24"/>
          <w:lang w:val="fr-FR"/>
        </w:rPr>
        <w:t>Question 3</w:t>
      </w:r>
    </w:p>
    <w:p w:rsidR="00840AF5" w:rsidRPr="00D526E8" w:rsidRDefault="00951C53">
      <w:pPr>
        <w:rPr>
          <w:sz w:val="24"/>
          <w:szCs w:val="24"/>
          <w:lang w:val="fr-FR"/>
        </w:rPr>
      </w:pPr>
      <w:r w:rsidRPr="00D526E8">
        <w:rPr>
          <w:sz w:val="24"/>
          <w:szCs w:val="24"/>
          <w:lang w:val="fr-FR"/>
        </w:rPr>
        <w:t>Comment prenez-vous des décisions import</w:t>
      </w:r>
      <w:r w:rsidRPr="00D526E8">
        <w:rPr>
          <w:sz w:val="24"/>
          <w:szCs w:val="24"/>
          <w:lang w:val="fr-FR"/>
        </w:rPr>
        <w:t>antes ?</w:t>
      </w:r>
    </w:p>
    <w:p w:rsidR="00840AF5" w:rsidRPr="00D526E8" w:rsidRDefault="00951C53" w:rsidP="00D526E8">
      <w:pPr>
        <w:pStyle w:val="Listepuces"/>
        <w:numPr>
          <w:ilvl w:val="0"/>
          <w:numId w:val="0"/>
        </w:numPr>
        <w:rPr>
          <w:sz w:val="24"/>
          <w:szCs w:val="24"/>
          <w:lang w:val="fr-FR"/>
        </w:rPr>
      </w:pPr>
      <w:r w:rsidRPr="00D526E8">
        <w:rPr>
          <w:sz w:val="24"/>
          <w:szCs w:val="24"/>
          <w:lang w:val="fr-FR"/>
        </w:rPr>
        <w:t>A. J'adapte ma prise de décision en fonction des nouvelles informations ou des changements.</w:t>
      </w:r>
    </w:p>
    <w:p w:rsidR="00840AF5" w:rsidRPr="00D526E8" w:rsidRDefault="00951C53" w:rsidP="00D526E8">
      <w:pPr>
        <w:pStyle w:val="Listepuces"/>
        <w:numPr>
          <w:ilvl w:val="0"/>
          <w:numId w:val="0"/>
        </w:numPr>
        <w:rPr>
          <w:sz w:val="24"/>
          <w:szCs w:val="24"/>
          <w:lang w:val="fr-FR"/>
        </w:rPr>
      </w:pPr>
      <w:r w:rsidRPr="00D526E8">
        <w:rPr>
          <w:sz w:val="24"/>
          <w:szCs w:val="24"/>
          <w:lang w:val="fr-FR"/>
        </w:rPr>
        <w:t>B. Je prends en compte l'impact émotionnel de ma décision sur les autres.</w:t>
      </w:r>
    </w:p>
    <w:p w:rsidR="00840AF5" w:rsidRPr="00D526E8" w:rsidRDefault="00951C53" w:rsidP="00D526E8">
      <w:pPr>
        <w:pStyle w:val="Listepuces"/>
        <w:numPr>
          <w:ilvl w:val="0"/>
          <w:numId w:val="0"/>
        </w:numPr>
        <w:rPr>
          <w:sz w:val="24"/>
          <w:szCs w:val="24"/>
          <w:lang w:val="fr-FR"/>
        </w:rPr>
      </w:pPr>
      <w:r w:rsidRPr="00D526E8">
        <w:rPr>
          <w:sz w:val="24"/>
          <w:szCs w:val="24"/>
          <w:lang w:val="fr-FR"/>
        </w:rPr>
        <w:t>C. Je m'appuie sur la logique, la structure et les priorités pour décider.</w:t>
      </w:r>
    </w:p>
    <w:p w:rsidR="00840AF5" w:rsidRPr="00D526E8" w:rsidRDefault="00951C53" w:rsidP="00D526E8">
      <w:pPr>
        <w:pStyle w:val="Listepuces"/>
        <w:numPr>
          <w:ilvl w:val="0"/>
          <w:numId w:val="0"/>
        </w:numPr>
        <w:rPr>
          <w:sz w:val="24"/>
          <w:szCs w:val="24"/>
          <w:lang w:val="fr-FR"/>
        </w:rPr>
      </w:pPr>
      <w:r w:rsidRPr="00D526E8">
        <w:rPr>
          <w:sz w:val="24"/>
          <w:szCs w:val="24"/>
          <w:lang w:val="fr-FR"/>
        </w:rPr>
        <w:t>D. J'al</w:t>
      </w:r>
      <w:r w:rsidR="00D526E8" w:rsidRPr="00D526E8">
        <w:rPr>
          <w:sz w:val="24"/>
          <w:szCs w:val="24"/>
          <w:lang w:val="fr-FR"/>
        </w:rPr>
        <w:t>igne mes choix sur mon</w:t>
      </w:r>
      <w:r w:rsidRPr="00D526E8">
        <w:rPr>
          <w:sz w:val="24"/>
          <w:szCs w:val="24"/>
          <w:lang w:val="fr-FR"/>
        </w:rPr>
        <w:t xml:space="preserve"> objectif à long terme.</w:t>
      </w:r>
    </w:p>
    <w:p w:rsidR="00840AF5" w:rsidRPr="00D526E8" w:rsidRDefault="00951C53">
      <w:pPr>
        <w:pStyle w:val="Titre3"/>
        <w:rPr>
          <w:sz w:val="24"/>
          <w:szCs w:val="24"/>
          <w:lang w:val="fr-FR"/>
        </w:rPr>
      </w:pPr>
      <w:r w:rsidRPr="00D526E8">
        <w:rPr>
          <w:sz w:val="24"/>
          <w:szCs w:val="24"/>
          <w:lang w:val="fr-FR"/>
        </w:rPr>
        <w:t>Question 4</w:t>
      </w:r>
    </w:p>
    <w:p w:rsidR="00840AF5" w:rsidRPr="00D526E8" w:rsidRDefault="00951C53">
      <w:pPr>
        <w:rPr>
          <w:sz w:val="24"/>
          <w:szCs w:val="24"/>
          <w:lang w:val="fr-FR"/>
        </w:rPr>
      </w:pPr>
      <w:r w:rsidRPr="00D526E8">
        <w:rPr>
          <w:sz w:val="24"/>
          <w:szCs w:val="24"/>
          <w:lang w:val="fr-FR"/>
        </w:rPr>
        <w:t>Quelle situation vous semble la plus difficile ?</w:t>
      </w:r>
    </w:p>
    <w:p w:rsidR="00840AF5" w:rsidRPr="00D526E8" w:rsidRDefault="00951C53" w:rsidP="00D526E8">
      <w:pPr>
        <w:pStyle w:val="Listepuces"/>
        <w:numPr>
          <w:ilvl w:val="0"/>
          <w:numId w:val="0"/>
        </w:numPr>
        <w:rPr>
          <w:sz w:val="24"/>
          <w:szCs w:val="24"/>
          <w:lang w:val="fr-FR"/>
        </w:rPr>
      </w:pPr>
      <w:r w:rsidRPr="00D526E8">
        <w:rPr>
          <w:sz w:val="24"/>
          <w:szCs w:val="24"/>
          <w:lang w:val="fr-FR"/>
        </w:rPr>
        <w:t>A. Ne pas pouvoir m'adapter lorsque les choses ne se passent pas comme prévu.</w:t>
      </w:r>
    </w:p>
    <w:p w:rsidR="00840AF5" w:rsidRPr="00D526E8" w:rsidRDefault="00951C53" w:rsidP="00D526E8">
      <w:pPr>
        <w:pStyle w:val="Listepuces"/>
        <w:numPr>
          <w:ilvl w:val="0"/>
          <w:numId w:val="0"/>
        </w:numPr>
        <w:rPr>
          <w:sz w:val="24"/>
          <w:szCs w:val="24"/>
          <w:lang w:val="fr-FR"/>
        </w:rPr>
      </w:pPr>
      <w:r w:rsidRPr="00D526E8">
        <w:rPr>
          <w:sz w:val="24"/>
          <w:szCs w:val="24"/>
          <w:lang w:val="fr-FR"/>
        </w:rPr>
        <w:t>B. Être dans un milieu où les émotions des gens sont ignorées.</w:t>
      </w:r>
    </w:p>
    <w:p w:rsidR="00840AF5" w:rsidRPr="00D526E8" w:rsidRDefault="00951C53" w:rsidP="00D526E8">
      <w:pPr>
        <w:pStyle w:val="Listepuces"/>
        <w:numPr>
          <w:ilvl w:val="0"/>
          <w:numId w:val="0"/>
        </w:numPr>
        <w:rPr>
          <w:sz w:val="24"/>
          <w:szCs w:val="24"/>
          <w:lang w:val="fr-FR"/>
        </w:rPr>
      </w:pPr>
      <w:r w:rsidRPr="00D526E8">
        <w:rPr>
          <w:sz w:val="24"/>
          <w:szCs w:val="24"/>
          <w:lang w:val="fr-FR"/>
        </w:rPr>
        <w:t xml:space="preserve">C. Faire </w:t>
      </w:r>
      <w:r w:rsidRPr="00D526E8">
        <w:rPr>
          <w:sz w:val="24"/>
          <w:szCs w:val="24"/>
          <w:lang w:val="fr-FR"/>
        </w:rPr>
        <w:t>face à un manque de clarté ou d'organisation.</w:t>
      </w:r>
    </w:p>
    <w:p w:rsidR="00840AF5" w:rsidRPr="00D526E8" w:rsidRDefault="00951C53" w:rsidP="00D526E8">
      <w:pPr>
        <w:pStyle w:val="Listepuces"/>
        <w:numPr>
          <w:ilvl w:val="0"/>
          <w:numId w:val="0"/>
        </w:numPr>
        <w:rPr>
          <w:sz w:val="24"/>
          <w:szCs w:val="24"/>
          <w:lang w:val="fr-FR"/>
        </w:rPr>
      </w:pPr>
      <w:r w:rsidRPr="00D526E8">
        <w:rPr>
          <w:sz w:val="24"/>
          <w:szCs w:val="24"/>
          <w:lang w:val="fr-FR"/>
        </w:rPr>
        <w:t>D. Devoir faire quelque chose qui semble en désaccord avec mon but.</w:t>
      </w:r>
    </w:p>
    <w:p w:rsidR="00840AF5" w:rsidRPr="00D526E8" w:rsidRDefault="00BB410A">
      <w:pPr>
        <w:pStyle w:val="Titre3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lastRenderedPageBreak/>
        <w:t xml:space="preserve">                                                                                                                                                                                         </w:t>
      </w:r>
      <w:r w:rsidR="00951C53" w:rsidRPr="00D526E8">
        <w:rPr>
          <w:sz w:val="24"/>
          <w:szCs w:val="24"/>
          <w:lang w:val="fr-FR"/>
        </w:rPr>
        <w:t>Question 5</w:t>
      </w:r>
    </w:p>
    <w:p w:rsidR="00840AF5" w:rsidRPr="00D526E8" w:rsidRDefault="00951C53">
      <w:pPr>
        <w:rPr>
          <w:sz w:val="24"/>
          <w:szCs w:val="24"/>
          <w:lang w:val="fr-FR"/>
        </w:rPr>
      </w:pPr>
      <w:r w:rsidRPr="00D526E8">
        <w:rPr>
          <w:sz w:val="24"/>
          <w:szCs w:val="24"/>
          <w:lang w:val="fr-FR"/>
        </w:rPr>
        <w:t>Lorsque vous faites face à un défi complexe, comment réagissez-vous ?</w:t>
      </w:r>
    </w:p>
    <w:p w:rsidR="00840AF5" w:rsidRPr="00D526E8" w:rsidRDefault="00951C53" w:rsidP="00D526E8">
      <w:pPr>
        <w:pStyle w:val="Listepuces"/>
        <w:numPr>
          <w:ilvl w:val="0"/>
          <w:numId w:val="0"/>
        </w:numPr>
        <w:rPr>
          <w:sz w:val="24"/>
          <w:szCs w:val="24"/>
          <w:lang w:val="fr-FR"/>
        </w:rPr>
      </w:pPr>
      <w:r w:rsidRPr="00D526E8">
        <w:rPr>
          <w:sz w:val="24"/>
          <w:szCs w:val="24"/>
          <w:lang w:val="fr-FR"/>
        </w:rPr>
        <w:t>A. Je vois cela comme une opportunité d'adaptation et d'améli</w:t>
      </w:r>
      <w:r w:rsidRPr="00D526E8">
        <w:rPr>
          <w:sz w:val="24"/>
          <w:szCs w:val="24"/>
          <w:lang w:val="fr-FR"/>
        </w:rPr>
        <w:t>oration.</w:t>
      </w:r>
    </w:p>
    <w:p w:rsidR="00840AF5" w:rsidRPr="00D526E8" w:rsidRDefault="00951C53" w:rsidP="00D526E8">
      <w:pPr>
        <w:pStyle w:val="Listepuces"/>
        <w:numPr>
          <w:ilvl w:val="0"/>
          <w:numId w:val="0"/>
        </w:numPr>
        <w:rPr>
          <w:sz w:val="24"/>
          <w:szCs w:val="24"/>
          <w:lang w:val="fr-FR"/>
        </w:rPr>
      </w:pPr>
      <w:r w:rsidRPr="00D526E8">
        <w:rPr>
          <w:sz w:val="24"/>
          <w:szCs w:val="24"/>
          <w:lang w:val="fr-FR"/>
        </w:rPr>
        <w:t>B. Je prends un moment pour calmer mes émotions et recentrer mon esprit.</w:t>
      </w:r>
    </w:p>
    <w:p w:rsidR="00840AF5" w:rsidRPr="00D526E8" w:rsidRDefault="00951C53" w:rsidP="00D526E8">
      <w:pPr>
        <w:pStyle w:val="Listepuces"/>
        <w:numPr>
          <w:ilvl w:val="0"/>
          <w:numId w:val="0"/>
        </w:numPr>
        <w:rPr>
          <w:sz w:val="24"/>
          <w:szCs w:val="24"/>
          <w:lang w:val="fr-FR"/>
        </w:rPr>
      </w:pPr>
      <w:r w:rsidRPr="00D526E8">
        <w:rPr>
          <w:sz w:val="24"/>
          <w:szCs w:val="24"/>
          <w:lang w:val="fr-FR"/>
        </w:rPr>
        <w:t>C. Je fragmente le défi en étapes et planifie mon approche.</w:t>
      </w:r>
    </w:p>
    <w:p w:rsidR="00840AF5" w:rsidRPr="00D526E8" w:rsidRDefault="00951C53" w:rsidP="00D526E8">
      <w:pPr>
        <w:pStyle w:val="Listepuces"/>
        <w:numPr>
          <w:ilvl w:val="0"/>
          <w:numId w:val="0"/>
        </w:numPr>
        <w:rPr>
          <w:sz w:val="24"/>
          <w:szCs w:val="24"/>
          <w:lang w:val="fr-FR"/>
        </w:rPr>
      </w:pPr>
      <w:r w:rsidRPr="00D526E8">
        <w:rPr>
          <w:sz w:val="24"/>
          <w:szCs w:val="24"/>
          <w:lang w:val="fr-FR"/>
        </w:rPr>
        <w:t>D. Je considère comment cela s'aligne avec mon but.</w:t>
      </w:r>
    </w:p>
    <w:p w:rsidR="00840AF5" w:rsidRPr="00D526E8" w:rsidRDefault="00951C53">
      <w:pPr>
        <w:pStyle w:val="Titre3"/>
        <w:rPr>
          <w:sz w:val="24"/>
          <w:szCs w:val="24"/>
          <w:lang w:val="fr-FR"/>
        </w:rPr>
      </w:pPr>
      <w:r w:rsidRPr="00D526E8">
        <w:rPr>
          <w:sz w:val="24"/>
          <w:szCs w:val="24"/>
          <w:lang w:val="fr-FR"/>
        </w:rPr>
        <w:t>Question 6</w:t>
      </w:r>
    </w:p>
    <w:p w:rsidR="00840AF5" w:rsidRPr="00D526E8" w:rsidRDefault="00951C53">
      <w:pPr>
        <w:rPr>
          <w:sz w:val="24"/>
          <w:szCs w:val="24"/>
          <w:lang w:val="fr-FR"/>
        </w:rPr>
      </w:pPr>
      <w:r w:rsidRPr="00D526E8">
        <w:rPr>
          <w:sz w:val="24"/>
          <w:szCs w:val="24"/>
          <w:lang w:val="fr-FR"/>
        </w:rPr>
        <w:t>Qu'est-ce qui vous motive le plus lorsque vous comm</w:t>
      </w:r>
      <w:r w:rsidRPr="00D526E8">
        <w:rPr>
          <w:sz w:val="24"/>
          <w:szCs w:val="24"/>
          <w:lang w:val="fr-FR"/>
        </w:rPr>
        <w:t>encez quelque chose de nouveau ?</w:t>
      </w:r>
    </w:p>
    <w:p w:rsidR="00840AF5" w:rsidRPr="00D526E8" w:rsidRDefault="00951C53" w:rsidP="00D526E8">
      <w:pPr>
        <w:pStyle w:val="Listepuces"/>
        <w:numPr>
          <w:ilvl w:val="0"/>
          <w:numId w:val="0"/>
        </w:numPr>
        <w:rPr>
          <w:sz w:val="24"/>
          <w:szCs w:val="24"/>
          <w:lang w:val="fr-FR"/>
        </w:rPr>
      </w:pPr>
      <w:r w:rsidRPr="00D526E8">
        <w:rPr>
          <w:sz w:val="24"/>
          <w:szCs w:val="24"/>
          <w:lang w:val="fr-FR"/>
        </w:rPr>
        <w:t>A. La curiosité de découvrir ce qui m'attend.</w:t>
      </w:r>
    </w:p>
    <w:p w:rsidR="00840AF5" w:rsidRPr="00D526E8" w:rsidRDefault="00951C53" w:rsidP="00D526E8">
      <w:pPr>
        <w:pStyle w:val="Listepuces"/>
        <w:numPr>
          <w:ilvl w:val="0"/>
          <w:numId w:val="0"/>
        </w:numPr>
        <w:rPr>
          <w:sz w:val="24"/>
          <w:szCs w:val="24"/>
          <w:lang w:val="fr-FR"/>
        </w:rPr>
      </w:pPr>
      <w:r w:rsidRPr="00D526E8">
        <w:rPr>
          <w:sz w:val="24"/>
          <w:szCs w:val="24"/>
          <w:lang w:val="fr-FR"/>
        </w:rPr>
        <w:t>B. Les personnes avec lesquelles je vais me connecter.</w:t>
      </w:r>
    </w:p>
    <w:p w:rsidR="00840AF5" w:rsidRPr="00D526E8" w:rsidRDefault="00951C53" w:rsidP="00D526E8">
      <w:pPr>
        <w:pStyle w:val="Listepuces"/>
        <w:numPr>
          <w:ilvl w:val="0"/>
          <w:numId w:val="0"/>
        </w:numPr>
        <w:rPr>
          <w:sz w:val="24"/>
          <w:szCs w:val="24"/>
          <w:lang w:val="fr-FR"/>
        </w:rPr>
      </w:pPr>
      <w:r w:rsidRPr="00D526E8">
        <w:rPr>
          <w:sz w:val="24"/>
          <w:szCs w:val="24"/>
          <w:lang w:val="fr-FR"/>
        </w:rPr>
        <w:t>C. La structure ou le système que je vais construire.</w:t>
      </w:r>
    </w:p>
    <w:p w:rsidR="00D526E8" w:rsidRPr="00D526E8" w:rsidRDefault="00951C53" w:rsidP="00D526E8">
      <w:pPr>
        <w:pStyle w:val="Listepuces"/>
        <w:numPr>
          <w:ilvl w:val="0"/>
          <w:numId w:val="0"/>
        </w:numPr>
        <w:rPr>
          <w:sz w:val="24"/>
          <w:szCs w:val="24"/>
          <w:lang w:val="fr-FR"/>
        </w:rPr>
      </w:pPr>
      <w:r w:rsidRPr="00D526E8">
        <w:rPr>
          <w:sz w:val="24"/>
          <w:szCs w:val="24"/>
          <w:lang w:val="fr-FR"/>
        </w:rPr>
        <w:t>D. L'impact que cela aura.</w:t>
      </w:r>
    </w:p>
    <w:p w:rsidR="00D526E8" w:rsidRPr="00D526E8" w:rsidRDefault="00D526E8" w:rsidP="00D526E8">
      <w:pPr>
        <w:rPr>
          <w:sz w:val="24"/>
          <w:szCs w:val="24"/>
          <w:lang w:val="fr-FR"/>
        </w:rPr>
      </w:pPr>
    </w:p>
    <w:p w:rsidR="006537B1" w:rsidRDefault="006537B1" w:rsidP="00D526E8">
      <w:pPr>
        <w:rPr>
          <w:sz w:val="24"/>
          <w:szCs w:val="24"/>
          <w:lang w:val="fr-FR"/>
        </w:rPr>
      </w:pPr>
    </w:p>
    <w:tbl>
      <w:tblPr>
        <w:tblStyle w:val="Grilledutableau"/>
        <w:tblW w:w="9322" w:type="dxa"/>
        <w:tblLook w:val="04A0"/>
      </w:tblPr>
      <w:tblGrid>
        <w:gridCol w:w="1407"/>
        <w:gridCol w:w="1140"/>
        <w:gridCol w:w="1141"/>
        <w:gridCol w:w="1141"/>
        <w:gridCol w:w="1141"/>
        <w:gridCol w:w="1141"/>
        <w:gridCol w:w="1141"/>
        <w:gridCol w:w="1070"/>
      </w:tblGrid>
      <w:tr w:rsidR="006537B1" w:rsidTr="006537B1">
        <w:trPr>
          <w:trHeight w:val="516"/>
        </w:trPr>
        <w:tc>
          <w:tcPr>
            <w:tcW w:w="1165" w:type="dxa"/>
          </w:tcPr>
          <w:p w:rsidR="006537B1" w:rsidRPr="006537B1" w:rsidRDefault="006537B1" w:rsidP="006537B1">
            <w:pPr>
              <w:rPr>
                <w:lang w:val="fr-FR"/>
              </w:rPr>
            </w:pPr>
            <w:r w:rsidRPr="006537B1">
              <w:rPr>
                <w:lang w:val="fr-FR"/>
              </w:rPr>
              <w:t>PILIER</w:t>
            </w:r>
          </w:p>
        </w:tc>
        <w:tc>
          <w:tcPr>
            <w:tcW w:w="1165" w:type="dxa"/>
          </w:tcPr>
          <w:p w:rsidR="006537B1" w:rsidRPr="006537B1" w:rsidRDefault="006537B1" w:rsidP="006537B1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Question 1</w:t>
            </w:r>
          </w:p>
        </w:tc>
        <w:tc>
          <w:tcPr>
            <w:tcW w:w="1165" w:type="dxa"/>
          </w:tcPr>
          <w:p w:rsidR="006537B1" w:rsidRPr="006537B1" w:rsidRDefault="006537B1" w:rsidP="006537B1">
            <w:pPr>
              <w:jc w:val="center"/>
              <w:rPr>
                <w:lang w:val="fr-FR"/>
              </w:rPr>
            </w:pPr>
            <w:r w:rsidRPr="006537B1">
              <w:rPr>
                <w:lang w:val="fr-FR"/>
              </w:rPr>
              <w:t>Q</w:t>
            </w:r>
            <w:r>
              <w:rPr>
                <w:lang w:val="fr-FR"/>
              </w:rPr>
              <w:t>uestion 2</w:t>
            </w:r>
          </w:p>
        </w:tc>
        <w:tc>
          <w:tcPr>
            <w:tcW w:w="1166" w:type="dxa"/>
          </w:tcPr>
          <w:p w:rsidR="006537B1" w:rsidRDefault="006537B1" w:rsidP="006537B1">
            <w:pPr>
              <w:jc w:val="center"/>
              <w:rPr>
                <w:sz w:val="24"/>
                <w:szCs w:val="24"/>
                <w:lang w:val="fr-FR"/>
              </w:rPr>
            </w:pPr>
            <w:r w:rsidRPr="006537B1">
              <w:rPr>
                <w:lang w:val="fr-FR"/>
              </w:rPr>
              <w:t>Q</w:t>
            </w:r>
            <w:r>
              <w:rPr>
                <w:lang w:val="fr-FR"/>
              </w:rPr>
              <w:t>uestion 3</w:t>
            </w:r>
          </w:p>
        </w:tc>
        <w:tc>
          <w:tcPr>
            <w:tcW w:w="1165" w:type="dxa"/>
          </w:tcPr>
          <w:p w:rsidR="006537B1" w:rsidRDefault="006537B1" w:rsidP="006537B1">
            <w:pPr>
              <w:jc w:val="center"/>
              <w:rPr>
                <w:sz w:val="24"/>
                <w:szCs w:val="24"/>
                <w:lang w:val="fr-FR"/>
              </w:rPr>
            </w:pPr>
            <w:r w:rsidRPr="006537B1">
              <w:rPr>
                <w:lang w:val="fr-FR"/>
              </w:rPr>
              <w:t>Q</w:t>
            </w:r>
            <w:r>
              <w:rPr>
                <w:lang w:val="fr-FR"/>
              </w:rPr>
              <w:t>uestion 4</w:t>
            </w:r>
          </w:p>
        </w:tc>
        <w:tc>
          <w:tcPr>
            <w:tcW w:w="1165" w:type="dxa"/>
          </w:tcPr>
          <w:p w:rsidR="006537B1" w:rsidRDefault="006537B1" w:rsidP="006537B1">
            <w:pPr>
              <w:jc w:val="center"/>
              <w:rPr>
                <w:sz w:val="24"/>
                <w:szCs w:val="24"/>
                <w:lang w:val="fr-FR"/>
              </w:rPr>
            </w:pPr>
            <w:r w:rsidRPr="006537B1">
              <w:rPr>
                <w:lang w:val="fr-FR"/>
              </w:rPr>
              <w:t>Q</w:t>
            </w:r>
            <w:r>
              <w:rPr>
                <w:lang w:val="fr-FR"/>
              </w:rPr>
              <w:t>uestion 5</w:t>
            </w:r>
          </w:p>
        </w:tc>
        <w:tc>
          <w:tcPr>
            <w:tcW w:w="1165" w:type="dxa"/>
          </w:tcPr>
          <w:p w:rsidR="006537B1" w:rsidRDefault="006537B1" w:rsidP="006537B1">
            <w:pPr>
              <w:jc w:val="center"/>
              <w:rPr>
                <w:sz w:val="24"/>
                <w:szCs w:val="24"/>
                <w:lang w:val="fr-FR"/>
              </w:rPr>
            </w:pPr>
            <w:r w:rsidRPr="006537B1">
              <w:rPr>
                <w:lang w:val="fr-FR"/>
              </w:rPr>
              <w:t>Q</w:t>
            </w:r>
            <w:r>
              <w:rPr>
                <w:lang w:val="fr-FR"/>
              </w:rPr>
              <w:t>uestion 6</w:t>
            </w:r>
          </w:p>
        </w:tc>
        <w:tc>
          <w:tcPr>
            <w:tcW w:w="1166" w:type="dxa"/>
          </w:tcPr>
          <w:p w:rsidR="006537B1" w:rsidRDefault="006537B1" w:rsidP="006537B1">
            <w:pPr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Total</w:t>
            </w:r>
          </w:p>
        </w:tc>
      </w:tr>
      <w:tr w:rsidR="006537B1" w:rsidTr="006537B1">
        <w:trPr>
          <w:trHeight w:val="516"/>
        </w:trPr>
        <w:tc>
          <w:tcPr>
            <w:tcW w:w="1165" w:type="dxa"/>
          </w:tcPr>
          <w:p w:rsidR="006537B1" w:rsidRDefault="006537B1" w:rsidP="006537B1">
            <w:pPr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Dynamique</w:t>
            </w:r>
          </w:p>
        </w:tc>
        <w:tc>
          <w:tcPr>
            <w:tcW w:w="1165" w:type="dxa"/>
          </w:tcPr>
          <w:p w:rsidR="006537B1" w:rsidRDefault="006537B1" w:rsidP="006537B1">
            <w:pPr>
              <w:rPr>
                <w:sz w:val="24"/>
                <w:szCs w:val="24"/>
                <w:lang w:val="fr-FR"/>
              </w:rPr>
            </w:pPr>
          </w:p>
        </w:tc>
        <w:tc>
          <w:tcPr>
            <w:tcW w:w="1165" w:type="dxa"/>
          </w:tcPr>
          <w:p w:rsidR="006537B1" w:rsidRDefault="006537B1" w:rsidP="006537B1">
            <w:pPr>
              <w:rPr>
                <w:sz w:val="24"/>
                <w:szCs w:val="24"/>
                <w:lang w:val="fr-FR"/>
              </w:rPr>
            </w:pPr>
          </w:p>
        </w:tc>
        <w:tc>
          <w:tcPr>
            <w:tcW w:w="1166" w:type="dxa"/>
          </w:tcPr>
          <w:p w:rsidR="006537B1" w:rsidRDefault="006537B1" w:rsidP="006537B1">
            <w:pPr>
              <w:rPr>
                <w:sz w:val="24"/>
                <w:szCs w:val="24"/>
                <w:lang w:val="fr-FR"/>
              </w:rPr>
            </w:pPr>
          </w:p>
        </w:tc>
        <w:tc>
          <w:tcPr>
            <w:tcW w:w="1165" w:type="dxa"/>
          </w:tcPr>
          <w:p w:rsidR="006537B1" w:rsidRDefault="006537B1" w:rsidP="006537B1">
            <w:pPr>
              <w:rPr>
                <w:sz w:val="24"/>
                <w:szCs w:val="24"/>
                <w:lang w:val="fr-FR"/>
              </w:rPr>
            </w:pPr>
          </w:p>
        </w:tc>
        <w:tc>
          <w:tcPr>
            <w:tcW w:w="1165" w:type="dxa"/>
          </w:tcPr>
          <w:p w:rsidR="006537B1" w:rsidRDefault="006537B1" w:rsidP="006537B1">
            <w:pPr>
              <w:rPr>
                <w:sz w:val="24"/>
                <w:szCs w:val="24"/>
                <w:lang w:val="fr-FR"/>
              </w:rPr>
            </w:pPr>
          </w:p>
        </w:tc>
        <w:tc>
          <w:tcPr>
            <w:tcW w:w="1165" w:type="dxa"/>
          </w:tcPr>
          <w:p w:rsidR="006537B1" w:rsidRDefault="006537B1" w:rsidP="006537B1">
            <w:pPr>
              <w:rPr>
                <w:sz w:val="24"/>
                <w:szCs w:val="24"/>
                <w:lang w:val="fr-FR"/>
              </w:rPr>
            </w:pPr>
          </w:p>
        </w:tc>
        <w:tc>
          <w:tcPr>
            <w:tcW w:w="1166" w:type="dxa"/>
          </w:tcPr>
          <w:p w:rsidR="006537B1" w:rsidRDefault="006537B1" w:rsidP="006537B1">
            <w:pPr>
              <w:rPr>
                <w:sz w:val="24"/>
                <w:szCs w:val="24"/>
                <w:lang w:val="fr-FR"/>
              </w:rPr>
            </w:pPr>
          </w:p>
        </w:tc>
      </w:tr>
      <w:tr w:rsidR="006537B1" w:rsidTr="006537B1">
        <w:trPr>
          <w:trHeight w:val="516"/>
        </w:trPr>
        <w:tc>
          <w:tcPr>
            <w:tcW w:w="1165" w:type="dxa"/>
          </w:tcPr>
          <w:p w:rsidR="006537B1" w:rsidRDefault="006537B1" w:rsidP="006537B1">
            <w:pPr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Emotionnel</w:t>
            </w:r>
          </w:p>
        </w:tc>
        <w:tc>
          <w:tcPr>
            <w:tcW w:w="1165" w:type="dxa"/>
          </w:tcPr>
          <w:p w:rsidR="006537B1" w:rsidRDefault="006537B1" w:rsidP="006537B1">
            <w:pPr>
              <w:rPr>
                <w:sz w:val="24"/>
                <w:szCs w:val="24"/>
                <w:lang w:val="fr-FR"/>
              </w:rPr>
            </w:pPr>
          </w:p>
        </w:tc>
        <w:tc>
          <w:tcPr>
            <w:tcW w:w="1165" w:type="dxa"/>
          </w:tcPr>
          <w:p w:rsidR="006537B1" w:rsidRDefault="006537B1" w:rsidP="006537B1">
            <w:pPr>
              <w:rPr>
                <w:sz w:val="24"/>
                <w:szCs w:val="24"/>
                <w:lang w:val="fr-FR"/>
              </w:rPr>
            </w:pPr>
          </w:p>
        </w:tc>
        <w:tc>
          <w:tcPr>
            <w:tcW w:w="1166" w:type="dxa"/>
          </w:tcPr>
          <w:p w:rsidR="006537B1" w:rsidRDefault="006537B1" w:rsidP="006537B1">
            <w:pPr>
              <w:rPr>
                <w:sz w:val="24"/>
                <w:szCs w:val="24"/>
                <w:lang w:val="fr-FR"/>
              </w:rPr>
            </w:pPr>
          </w:p>
        </w:tc>
        <w:tc>
          <w:tcPr>
            <w:tcW w:w="1165" w:type="dxa"/>
          </w:tcPr>
          <w:p w:rsidR="006537B1" w:rsidRDefault="006537B1" w:rsidP="006537B1">
            <w:pPr>
              <w:rPr>
                <w:sz w:val="24"/>
                <w:szCs w:val="24"/>
                <w:lang w:val="fr-FR"/>
              </w:rPr>
            </w:pPr>
          </w:p>
        </w:tc>
        <w:tc>
          <w:tcPr>
            <w:tcW w:w="1165" w:type="dxa"/>
          </w:tcPr>
          <w:p w:rsidR="006537B1" w:rsidRDefault="006537B1" w:rsidP="006537B1">
            <w:pPr>
              <w:rPr>
                <w:sz w:val="24"/>
                <w:szCs w:val="24"/>
                <w:lang w:val="fr-FR"/>
              </w:rPr>
            </w:pPr>
          </w:p>
        </w:tc>
        <w:tc>
          <w:tcPr>
            <w:tcW w:w="1165" w:type="dxa"/>
          </w:tcPr>
          <w:p w:rsidR="006537B1" w:rsidRDefault="006537B1" w:rsidP="006537B1">
            <w:pPr>
              <w:rPr>
                <w:sz w:val="24"/>
                <w:szCs w:val="24"/>
                <w:lang w:val="fr-FR"/>
              </w:rPr>
            </w:pPr>
          </w:p>
        </w:tc>
        <w:tc>
          <w:tcPr>
            <w:tcW w:w="1166" w:type="dxa"/>
          </w:tcPr>
          <w:p w:rsidR="006537B1" w:rsidRDefault="006537B1" w:rsidP="006537B1">
            <w:pPr>
              <w:rPr>
                <w:sz w:val="24"/>
                <w:szCs w:val="24"/>
                <w:lang w:val="fr-FR"/>
              </w:rPr>
            </w:pPr>
          </w:p>
        </w:tc>
      </w:tr>
      <w:tr w:rsidR="006537B1" w:rsidTr="006537B1">
        <w:trPr>
          <w:trHeight w:val="516"/>
        </w:trPr>
        <w:tc>
          <w:tcPr>
            <w:tcW w:w="1165" w:type="dxa"/>
          </w:tcPr>
          <w:p w:rsidR="006537B1" w:rsidRDefault="006537B1" w:rsidP="006537B1">
            <w:pPr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Exécutif</w:t>
            </w:r>
          </w:p>
        </w:tc>
        <w:tc>
          <w:tcPr>
            <w:tcW w:w="1165" w:type="dxa"/>
          </w:tcPr>
          <w:p w:rsidR="006537B1" w:rsidRDefault="006537B1" w:rsidP="006537B1">
            <w:pPr>
              <w:rPr>
                <w:sz w:val="24"/>
                <w:szCs w:val="24"/>
                <w:lang w:val="fr-FR"/>
              </w:rPr>
            </w:pPr>
          </w:p>
        </w:tc>
        <w:tc>
          <w:tcPr>
            <w:tcW w:w="1165" w:type="dxa"/>
          </w:tcPr>
          <w:p w:rsidR="006537B1" w:rsidRDefault="006537B1" w:rsidP="006537B1">
            <w:pPr>
              <w:rPr>
                <w:sz w:val="24"/>
                <w:szCs w:val="24"/>
                <w:lang w:val="fr-FR"/>
              </w:rPr>
            </w:pPr>
          </w:p>
        </w:tc>
        <w:tc>
          <w:tcPr>
            <w:tcW w:w="1166" w:type="dxa"/>
          </w:tcPr>
          <w:p w:rsidR="006537B1" w:rsidRDefault="006537B1" w:rsidP="006537B1">
            <w:pPr>
              <w:rPr>
                <w:sz w:val="24"/>
                <w:szCs w:val="24"/>
                <w:lang w:val="fr-FR"/>
              </w:rPr>
            </w:pPr>
          </w:p>
        </w:tc>
        <w:tc>
          <w:tcPr>
            <w:tcW w:w="1165" w:type="dxa"/>
          </w:tcPr>
          <w:p w:rsidR="006537B1" w:rsidRDefault="006537B1" w:rsidP="006537B1">
            <w:pPr>
              <w:rPr>
                <w:sz w:val="24"/>
                <w:szCs w:val="24"/>
                <w:lang w:val="fr-FR"/>
              </w:rPr>
            </w:pPr>
          </w:p>
        </w:tc>
        <w:tc>
          <w:tcPr>
            <w:tcW w:w="1165" w:type="dxa"/>
          </w:tcPr>
          <w:p w:rsidR="006537B1" w:rsidRDefault="006537B1" w:rsidP="006537B1">
            <w:pPr>
              <w:rPr>
                <w:sz w:val="24"/>
                <w:szCs w:val="24"/>
                <w:lang w:val="fr-FR"/>
              </w:rPr>
            </w:pPr>
          </w:p>
        </w:tc>
        <w:tc>
          <w:tcPr>
            <w:tcW w:w="1165" w:type="dxa"/>
          </w:tcPr>
          <w:p w:rsidR="006537B1" w:rsidRDefault="006537B1" w:rsidP="006537B1">
            <w:pPr>
              <w:rPr>
                <w:sz w:val="24"/>
                <w:szCs w:val="24"/>
                <w:lang w:val="fr-FR"/>
              </w:rPr>
            </w:pPr>
          </w:p>
        </w:tc>
        <w:tc>
          <w:tcPr>
            <w:tcW w:w="1166" w:type="dxa"/>
          </w:tcPr>
          <w:p w:rsidR="006537B1" w:rsidRDefault="006537B1" w:rsidP="006537B1">
            <w:pPr>
              <w:rPr>
                <w:sz w:val="24"/>
                <w:szCs w:val="24"/>
                <w:lang w:val="fr-FR"/>
              </w:rPr>
            </w:pPr>
          </w:p>
        </w:tc>
      </w:tr>
      <w:tr w:rsidR="006537B1" w:rsidTr="006537B1">
        <w:trPr>
          <w:trHeight w:val="516"/>
        </w:trPr>
        <w:tc>
          <w:tcPr>
            <w:tcW w:w="1165" w:type="dxa"/>
          </w:tcPr>
          <w:p w:rsidR="006537B1" w:rsidRDefault="006537B1" w:rsidP="006537B1">
            <w:pPr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 xml:space="preserve">Porteur de </w:t>
            </w:r>
            <w:r w:rsidRPr="00D526E8">
              <w:rPr>
                <w:sz w:val="24"/>
                <w:szCs w:val="24"/>
                <w:lang w:val="fr-FR"/>
              </w:rPr>
              <w:t>s</w:t>
            </w:r>
            <w:r>
              <w:rPr>
                <w:sz w:val="24"/>
                <w:szCs w:val="24"/>
                <w:lang w:val="fr-FR"/>
              </w:rPr>
              <w:t>en</w:t>
            </w:r>
            <w:r w:rsidRPr="00D526E8">
              <w:rPr>
                <w:sz w:val="24"/>
                <w:szCs w:val="24"/>
                <w:lang w:val="fr-FR"/>
              </w:rPr>
              <w:t>s</w:t>
            </w:r>
          </w:p>
        </w:tc>
        <w:tc>
          <w:tcPr>
            <w:tcW w:w="1165" w:type="dxa"/>
          </w:tcPr>
          <w:p w:rsidR="006537B1" w:rsidRDefault="006537B1" w:rsidP="006537B1">
            <w:pPr>
              <w:rPr>
                <w:sz w:val="24"/>
                <w:szCs w:val="24"/>
                <w:lang w:val="fr-FR"/>
              </w:rPr>
            </w:pPr>
          </w:p>
        </w:tc>
        <w:tc>
          <w:tcPr>
            <w:tcW w:w="1165" w:type="dxa"/>
          </w:tcPr>
          <w:p w:rsidR="006537B1" w:rsidRDefault="006537B1" w:rsidP="006537B1">
            <w:pPr>
              <w:rPr>
                <w:sz w:val="24"/>
                <w:szCs w:val="24"/>
                <w:lang w:val="fr-FR"/>
              </w:rPr>
            </w:pPr>
          </w:p>
        </w:tc>
        <w:tc>
          <w:tcPr>
            <w:tcW w:w="1166" w:type="dxa"/>
          </w:tcPr>
          <w:p w:rsidR="006537B1" w:rsidRDefault="006537B1" w:rsidP="006537B1">
            <w:pPr>
              <w:rPr>
                <w:sz w:val="24"/>
                <w:szCs w:val="24"/>
                <w:lang w:val="fr-FR"/>
              </w:rPr>
            </w:pPr>
          </w:p>
        </w:tc>
        <w:tc>
          <w:tcPr>
            <w:tcW w:w="1165" w:type="dxa"/>
          </w:tcPr>
          <w:p w:rsidR="006537B1" w:rsidRDefault="006537B1" w:rsidP="006537B1">
            <w:pPr>
              <w:rPr>
                <w:sz w:val="24"/>
                <w:szCs w:val="24"/>
                <w:lang w:val="fr-FR"/>
              </w:rPr>
            </w:pPr>
          </w:p>
        </w:tc>
        <w:tc>
          <w:tcPr>
            <w:tcW w:w="1165" w:type="dxa"/>
          </w:tcPr>
          <w:p w:rsidR="006537B1" w:rsidRDefault="006537B1" w:rsidP="006537B1">
            <w:pPr>
              <w:rPr>
                <w:sz w:val="24"/>
                <w:szCs w:val="24"/>
                <w:lang w:val="fr-FR"/>
              </w:rPr>
            </w:pPr>
          </w:p>
        </w:tc>
        <w:tc>
          <w:tcPr>
            <w:tcW w:w="1165" w:type="dxa"/>
          </w:tcPr>
          <w:p w:rsidR="006537B1" w:rsidRDefault="006537B1" w:rsidP="006537B1">
            <w:pPr>
              <w:rPr>
                <w:sz w:val="24"/>
                <w:szCs w:val="24"/>
                <w:lang w:val="fr-FR"/>
              </w:rPr>
            </w:pPr>
          </w:p>
        </w:tc>
        <w:tc>
          <w:tcPr>
            <w:tcW w:w="1166" w:type="dxa"/>
          </w:tcPr>
          <w:p w:rsidR="006537B1" w:rsidRDefault="006537B1" w:rsidP="006537B1">
            <w:pPr>
              <w:rPr>
                <w:sz w:val="24"/>
                <w:szCs w:val="24"/>
                <w:lang w:val="fr-FR"/>
              </w:rPr>
            </w:pPr>
          </w:p>
        </w:tc>
      </w:tr>
    </w:tbl>
    <w:p w:rsidR="00840AF5" w:rsidRPr="006537B1" w:rsidRDefault="00840AF5" w:rsidP="006537B1">
      <w:pPr>
        <w:rPr>
          <w:sz w:val="24"/>
          <w:szCs w:val="24"/>
          <w:lang w:val="fr-FR"/>
        </w:rPr>
      </w:pPr>
    </w:p>
    <w:sectPr w:rsidR="00840AF5" w:rsidRPr="006537B1" w:rsidSect="00D526E8">
      <w:pgSz w:w="12240" w:h="15840"/>
      <w:pgMar w:top="1135" w:right="1041" w:bottom="1440" w:left="212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>
    <w:useFELayout/>
  </w:compat>
  <w:rsids>
    <w:rsidRoot w:val="00B47730"/>
    <w:rsid w:val="00034616"/>
    <w:rsid w:val="0006063C"/>
    <w:rsid w:val="0015074B"/>
    <w:rsid w:val="0029639D"/>
    <w:rsid w:val="00326F90"/>
    <w:rsid w:val="006537B1"/>
    <w:rsid w:val="00840AF5"/>
    <w:rsid w:val="00951C53"/>
    <w:rsid w:val="00AA1D8D"/>
    <w:rsid w:val="00B47730"/>
    <w:rsid w:val="00BB410A"/>
    <w:rsid w:val="00CB0664"/>
    <w:rsid w:val="00D526E8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Emphasepl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Emphase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pl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420</Words>
  <Characters>2313</Characters>
  <Application>Microsoft Office Word</Application>
  <DocSecurity>0</DocSecurity>
  <Lines>19</Lines>
  <Paragraphs>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2728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ABDOUL MADJID</cp:lastModifiedBy>
  <cp:revision>2</cp:revision>
  <dcterms:created xsi:type="dcterms:W3CDTF">2025-08-29T08:10:00Z</dcterms:created>
  <dcterms:modified xsi:type="dcterms:W3CDTF">2025-08-29T08:10:00Z</dcterms:modified>
</cp:coreProperties>
</file>